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4A12D" w14:textId="77777777" w:rsidR="00643D43" w:rsidRPr="00745608" w:rsidRDefault="00000000">
      <w:pPr>
        <w:jc w:val="right"/>
        <w:rPr>
          <w:b/>
          <w:bCs/>
        </w:rPr>
      </w:pPr>
      <w:r w:rsidRPr="00745608">
        <w:rPr>
          <w:b/>
          <w:bCs/>
        </w:rPr>
        <w:t>ALLA C.A.</w:t>
      </w:r>
      <w:r w:rsidRPr="00745608">
        <w:rPr>
          <w:b/>
          <w:bCs/>
        </w:rPr>
        <w:br/>
        <w:t>DEL DIRIGENTE SCOLASTICO</w:t>
      </w:r>
      <w:r w:rsidRPr="00745608">
        <w:rPr>
          <w:b/>
          <w:bCs/>
        </w:rPr>
        <w:br/>
        <w:t>I.C. “PARRI – VIAN”</w:t>
      </w:r>
    </w:p>
    <w:p w14:paraId="5C681DF4" w14:textId="77777777" w:rsidR="00643D43" w:rsidRPr="00745608" w:rsidRDefault="00000000">
      <w:pPr>
        <w:jc w:val="center"/>
        <w:rPr>
          <w:sz w:val="24"/>
          <w:szCs w:val="24"/>
        </w:rPr>
      </w:pPr>
      <w:r w:rsidRPr="00745608">
        <w:rPr>
          <w:b/>
          <w:sz w:val="24"/>
          <w:szCs w:val="24"/>
        </w:rPr>
        <w:t>DICHIARAZIONE DEL GENITORE SOLO/UNICO FIRMATARIO</w:t>
      </w:r>
    </w:p>
    <w:p w14:paraId="2151F4FB" w14:textId="5AF2D0D2" w:rsidR="00643D43" w:rsidRPr="00745608" w:rsidRDefault="00000000">
      <w:pPr>
        <w:rPr>
          <w:sz w:val="24"/>
          <w:szCs w:val="24"/>
        </w:rPr>
      </w:pPr>
      <w:r w:rsidRPr="00745608">
        <w:rPr>
          <w:sz w:val="24"/>
          <w:szCs w:val="24"/>
        </w:rPr>
        <w:t xml:space="preserve">Il/La </w:t>
      </w:r>
      <w:proofErr w:type="spellStart"/>
      <w:r w:rsidRPr="00745608">
        <w:rPr>
          <w:sz w:val="24"/>
          <w:szCs w:val="24"/>
        </w:rPr>
        <w:t>sottoscritto</w:t>
      </w:r>
      <w:proofErr w:type="spellEnd"/>
      <w:r w:rsidRPr="00745608">
        <w:rPr>
          <w:sz w:val="24"/>
          <w:szCs w:val="24"/>
        </w:rPr>
        <w:t>/a __________________________________________</w:t>
      </w:r>
      <w:r w:rsidR="00E11658">
        <w:rPr>
          <w:sz w:val="24"/>
          <w:szCs w:val="24"/>
        </w:rPr>
        <w:t>_________________________</w:t>
      </w:r>
      <w:r w:rsidRPr="00745608">
        <w:rPr>
          <w:sz w:val="24"/>
          <w:szCs w:val="24"/>
        </w:rPr>
        <w:t>_______</w:t>
      </w:r>
    </w:p>
    <w:p w14:paraId="603004C4" w14:textId="3DAB23FD" w:rsidR="00643D43" w:rsidRPr="00745608" w:rsidRDefault="00000000">
      <w:pPr>
        <w:rPr>
          <w:sz w:val="24"/>
          <w:szCs w:val="24"/>
        </w:rPr>
      </w:pPr>
      <w:proofErr w:type="spellStart"/>
      <w:r w:rsidRPr="00745608">
        <w:rPr>
          <w:sz w:val="24"/>
          <w:szCs w:val="24"/>
        </w:rPr>
        <w:t>nato</w:t>
      </w:r>
      <w:proofErr w:type="spellEnd"/>
      <w:r w:rsidRPr="00745608">
        <w:rPr>
          <w:sz w:val="24"/>
          <w:szCs w:val="24"/>
        </w:rPr>
        <w:t>/a ___________________</w:t>
      </w:r>
      <w:r w:rsidR="00E11658">
        <w:rPr>
          <w:sz w:val="24"/>
          <w:szCs w:val="24"/>
        </w:rPr>
        <w:t>_____</w:t>
      </w:r>
      <w:r w:rsidRPr="00745608">
        <w:rPr>
          <w:sz w:val="24"/>
          <w:szCs w:val="24"/>
        </w:rPr>
        <w:t>_____________________ il ________________</w:t>
      </w:r>
      <w:r w:rsidR="00E11658">
        <w:rPr>
          <w:sz w:val="24"/>
          <w:szCs w:val="24"/>
        </w:rPr>
        <w:t>_____________________</w:t>
      </w:r>
      <w:r w:rsidRPr="00745608">
        <w:rPr>
          <w:sz w:val="24"/>
          <w:szCs w:val="24"/>
        </w:rPr>
        <w:t>___</w:t>
      </w:r>
    </w:p>
    <w:p w14:paraId="2D33CD43" w14:textId="68B612EB" w:rsidR="00643D43" w:rsidRPr="00745608" w:rsidRDefault="00000000">
      <w:pPr>
        <w:rPr>
          <w:sz w:val="24"/>
          <w:szCs w:val="24"/>
        </w:rPr>
      </w:pPr>
      <w:proofErr w:type="spellStart"/>
      <w:r w:rsidRPr="00745608">
        <w:rPr>
          <w:sz w:val="24"/>
          <w:szCs w:val="24"/>
        </w:rPr>
        <w:t>genitore</w:t>
      </w:r>
      <w:proofErr w:type="spellEnd"/>
      <w:r w:rsidRPr="00745608">
        <w:rPr>
          <w:sz w:val="24"/>
          <w:szCs w:val="24"/>
        </w:rPr>
        <w:t xml:space="preserve"> del </w:t>
      </w:r>
      <w:proofErr w:type="spellStart"/>
      <w:r w:rsidRPr="00745608">
        <w:rPr>
          <w:sz w:val="24"/>
          <w:szCs w:val="24"/>
        </w:rPr>
        <w:t>minore</w:t>
      </w:r>
      <w:proofErr w:type="spellEnd"/>
      <w:r w:rsidRPr="00745608">
        <w:rPr>
          <w:sz w:val="24"/>
          <w:szCs w:val="24"/>
        </w:rPr>
        <w:t xml:space="preserve"> ___________________________________</w:t>
      </w:r>
      <w:r w:rsidR="00E11658">
        <w:rPr>
          <w:sz w:val="24"/>
          <w:szCs w:val="24"/>
        </w:rPr>
        <w:t>________________________</w:t>
      </w:r>
      <w:r w:rsidRPr="00745608">
        <w:rPr>
          <w:sz w:val="24"/>
          <w:szCs w:val="24"/>
        </w:rPr>
        <w:t>______________</w:t>
      </w:r>
    </w:p>
    <w:p w14:paraId="3756590F" w14:textId="668BA938" w:rsidR="00643D43" w:rsidRPr="00745608" w:rsidRDefault="00000000">
      <w:pPr>
        <w:rPr>
          <w:sz w:val="24"/>
          <w:szCs w:val="24"/>
        </w:rPr>
      </w:pPr>
      <w:proofErr w:type="spellStart"/>
      <w:r w:rsidRPr="00745608">
        <w:rPr>
          <w:sz w:val="24"/>
          <w:szCs w:val="24"/>
        </w:rPr>
        <w:t>nato</w:t>
      </w:r>
      <w:proofErr w:type="spellEnd"/>
      <w:r w:rsidRPr="00745608">
        <w:rPr>
          <w:sz w:val="24"/>
          <w:szCs w:val="24"/>
        </w:rPr>
        <w:t xml:space="preserve"> a ________________________________________ il __________________</w:t>
      </w:r>
      <w:r w:rsidR="00E11658">
        <w:rPr>
          <w:sz w:val="24"/>
          <w:szCs w:val="24"/>
        </w:rPr>
        <w:t>___________________________</w:t>
      </w:r>
      <w:r w:rsidRPr="00745608">
        <w:rPr>
          <w:sz w:val="24"/>
          <w:szCs w:val="24"/>
        </w:rPr>
        <w:t>_</w:t>
      </w:r>
    </w:p>
    <w:p w14:paraId="06A36680" w14:textId="77777777" w:rsidR="00643D43" w:rsidRPr="00745608" w:rsidRDefault="00000000">
      <w:pPr>
        <w:rPr>
          <w:sz w:val="24"/>
          <w:szCs w:val="24"/>
        </w:rPr>
      </w:pPr>
      <w:proofErr w:type="spellStart"/>
      <w:r w:rsidRPr="00745608">
        <w:rPr>
          <w:sz w:val="24"/>
          <w:szCs w:val="24"/>
        </w:rPr>
        <w:t>frequentante</w:t>
      </w:r>
      <w:proofErr w:type="spellEnd"/>
      <w:r w:rsidRPr="00745608">
        <w:rPr>
          <w:sz w:val="24"/>
          <w:szCs w:val="24"/>
        </w:rPr>
        <w:t xml:space="preserve"> </w:t>
      </w:r>
      <w:proofErr w:type="spellStart"/>
      <w:r w:rsidRPr="00745608">
        <w:rPr>
          <w:sz w:val="24"/>
          <w:szCs w:val="24"/>
        </w:rPr>
        <w:t>l’Istituto</w:t>
      </w:r>
      <w:proofErr w:type="spellEnd"/>
      <w:r w:rsidRPr="00745608">
        <w:rPr>
          <w:sz w:val="24"/>
          <w:szCs w:val="24"/>
        </w:rPr>
        <w:t xml:space="preserve"> </w:t>
      </w:r>
      <w:proofErr w:type="spellStart"/>
      <w:r w:rsidRPr="00745608">
        <w:rPr>
          <w:sz w:val="24"/>
          <w:szCs w:val="24"/>
        </w:rPr>
        <w:t>Comprensivo</w:t>
      </w:r>
      <w:proofErr w:type="spellEnd"/>
      <w:r w:rsidRPr="00745608">
        <w:rPr>
          <w:sz w:val="24"/>
          <w:szCs w:val="24"/>
        </w:rPr>
        <w:t xml:space="preserve"> “Parri – Vian” - SCUOLA __________________________</w:t>
      </w:r>
    </w:p>
    <w:p w14:paraId="459FEC01" w14:textId="210FF94B" w:rsidR="00643D43" w:rsidRPr="00745608" w:rsidRDefault="00000000">
      <w:pPr>
        <w:rPr>
          <w:sz w:val="24"/>
          <w:szCs w:val="24"/>
        </w:rPr>
      </w:pPr>
      <w:proofErr w:type="spellStart"/>
      <w:r w:rsidRPr="00745608">
        <w:rPr>
          <w:sz w:val="24"/>
          <w:szCs w:val="24"/>
        </w:rPr>
        <w:t>sezione</w:t>
      </w:r>
      <w:proofErr w:type="spellEnd"/>
      <w:r w:rsidRPr="00745608">
        <w:rPr>
          <w:sz w:val="24"/>
          <w:szCs w:val="24"/>
        </w:rPr>
        <w:t>/</w:t>
      </w:r>
      <w:proofErr w:type="spellStart"/>
      <w:r w:rsidRPr="00745608">
        <w:rPr>
          <w:sz w:val="24"/>
          <w:szCs w:val="24"/>
        </w:rPr>
        <w:t>classe</w:t>
      </w:r>
      <w:proofErr w:type="spellEnd"/>
      <w:r w:rsidRPr="00745608">
        <w:rPr>
          <w:sz w:val="24"/>
          <w:szCs w:val="24"/>
        </w:rPr>
        <w:t xml:space="preserve"> __________________</w:t>
      </w:r>
      <w:r w:rsidR="00E11658">
        <w:rPr>
          <w:sz w:val="24"/>
          <w:szCs w:val="24"/>
        </w:rPr>
        <w:t>___</w:t>
      </w:r>
      <w:r w:rsidRPr="00745608">
        <w:rPr>
          <w:sz w:val="24"/>
          <w:szCs w:val="24"/>
        </w:rPr>
        <w:t>____________</w:t>
      </w:r>
    </w:p>
    <w:p w14:paraId="48B9923D" w14:textId="77777777" w:rsidR="000D7898" w:rsidRDefault="000D7898">
      <w:pPr>
        <w:rPr>
          <w:sz w:val="24"/>
          <w:szCs w:val="24"/>
        </w:rPr>
      </w:pPr>
    </w:p>
    <w:p w14:paraId="2D859DF6" w14:textId="6F2A66E0" w:rsidR="00643D43" w:rsidRDefault="00000000">
      <w:pPr>
        <w:rPr>
          <w:sz w:val="24"/>
          <w:szCs w:val="24"/>
        </w:rPr>
      </w:pPr>
      <w:proofErr w:type="spellStart"/>
      <w:r w:rsidRPr="00745608">
        <w:rPr>
          <w:sz w:val="24"/>
          <w:szCs w:val="24"/>
        </w:rPr>
        <w:t>dichiara</w:t>
      </w:r>
      <w:proofErr w:type="spellEnd"/>
      <w:r w:rsidRPr="00745608">
        <w:rPr>
          <w:sz w:val="24"/>
          <w:szCs w:val="24"/>
        </w:rPr>
        <w:t xml:space="preserve"> sotto la propria </w:t>
      </w:r>
      <w:proofErr w:type="spellStart"/>
      <w:r w:rsidRPr="00745608">
        <w:rPr>
          <w:sz w:val="24"/>
          <w:szCs w:val="24"/>
        </w:rPr>
        <w:t>responsabilità</w:t>
      </w:r>
      <w:proofErr w:type="spellEnd"/>
      <w:r w:rsidRPr="00745608">
        <w:rPr>
          <w:sz w:val="24"/>
          <w:szCs w:val="24"/>
        </w:rPr>
        <w:t>:</w:t>
      </w:r>
    </w:p>
    <w:p w14:paraId="40DC5B69" w14:textId="77777777" w:rsidR="000D7898" w:rsidRPr="00745608" w:rsidRDefault="000D7898">
      <w:pPr>
        <w:rPr>
          <w:sz w:val="24"/>
          <w:szCs w:val="24"/>
        </w:rPr>
      </w:pPr>
    </w:p>
    <w:p w14:paraId="5E68393E" w14:textId="77777777" w:rsidR="00643D43" w:rsidRDefault="00000000">
      <w:pPr>
        <w:rPr>
          <w:sz w:val="24"/>
          <w:szCs w:val="24"/>
        </w:rPr>
      </w:pPr>
      <w:r w:rsidRPr="00745608">
        <w:rPr>
          <w:sz w:val="24"/>
          <w:szCs w:val="24"/>
        </w:rPr>
        <w:t xml:space="preserve">☐ </w:t>
      </w:r>
      <w:proofErr w:type="spellStart"/>
      <w:r w:rsidRPr="00745608">
        <w:rPr>
          <w:sz w:val="24"/>
          <w:szCs w:val="24"/>
        </w:rPr>
        <w:t>che</w:t>
      </w:r>
      <w:proofErr w:type="spellEnd"/>
      <w:r w:rsidRPr="00745608">
        <w:rPr>
          <w:sz w:val="24"/>
          <w:szCs w:val="24"/>
        </w:rPr>
        <w:t xml:space="preserve"> </w:t>
      </w:r>
      <w:proofErr w:type="spellStart"/>
      <w:r w:rsidRPr="00745608">
        <w:rPr>
          <w:sz w:val="24"/>
          <w:szCs w:val="24"/>
        </w:rPr>
        <w:t>l’altro</w:t>
      </w:r>
      <w:proofErr w:type="spellEnd"/>
      <w:r w:rsidRPr="00745608">
        <w:rPr>
          <w:sz w:val="24"/>
          <w:szCs w:val="24"/>
        </w:rPr>
        <w:t xml:space="preserve"> </w:t>
      </w:r>
      <w:proofErr w:type="spellStart"/>
      <w:r w:rsidRPr="00745608">
        <w:rPr>
          <w:sz w:val="24"/>
          <w:szCs w:val="24"/>
        </w:rPr>
        <w:t>genitore</w:t>
      </w:r>
      <w:proofErr w:type="spellEnd"/>
      <w:r w:rsidRPr="00745608">
        <w:rPr>
          <w:sz w:val="24"/>
          <w:szCs w:val="24"/>
        </w:rPr>
        <w:t xml:space="preserve"> è </w:t>
      </w:r>
      <w:proofErr w:type="spellStart"/>
      <w:r w:rsidRPr="00745608">
        <w:rPr>
          <w:sz w:val="24"/>
          <w:szCs w:val="24"/>
        </w:rPr>
        <w:t>assente</w:t>
      </w:r>
      <w:proofErr w:type="spellEnd"/>
      <w:r w:rsidRPr="00745608">
        <w:rPr>
          <w:sz w:val="24"/>
          <w:szCs w:val="24"/>
        </w:rPr>
        <w:t xml:space="preserve">, </w:t>
      </w:r>
      <w:proofErr w:type="spellStart"/>
      <w:r w:rsidRPr="00745608">
        <w:rPr>
          <w:sz w:val="24"/>
          <w:szCs w:val="24"/>
        </w:rPr>
        <w:t>assolutamente</w:t>
      </w:r>
      <w:proofErr w:type="spellEnd"/>
      <w:r w:rsidRPr="00745608">
        <w:rPr>
          <w:sz w:val="24"/>
          <w:szCs w:val="24"/>
        </w:rPr>
        <w:t xml:space="preserve"> </w:t>
      </w:r>
      <w:proofErr w:type="spellStart"/>
      <w:r w:rsidRPr="00745608">
        <w:rPr>
          <w:sz w:val="24"/>
          <w:szCs w:val="24"/>
        </w:rPr>
        <w:t>irraggiungibile</w:t>
      </w:r>
      <w:proofErr w:type="spellEnd"/>
      <w:r w:rsidRPr="00745608">
        <w:rPr>
          <w:sz w:val="24"/>
          <w:szCs w:val="24"/>
        </w:rPr>
        <w:t xml:space="preserve"> e/o </w:t>
      </w:r>
      <w:proofErr w:type="spellStart"/>
      <w:r w:rsidRPr="00745608">
        <w:rPr>
          <w:sz w:val="24"/>
          <w:szCs w:val="24"/>
        </w:rPr>
        <w:t>impossibilitato</w:t>
      </w:r>
      <w:proofErr w:type="spellEnd"/>
      <w:r w:rsidRPr="00745608">
        <w:rPr>
          <w:sz w:val="24"/>
          <w:szCs w:val="24"/>
        </w:rPr>
        <w:t xml:space="preserve"> a </w:t>
      </w:r>
      <w:proofErr w:type="spellStart"/>
      <w:r w:rsidRPr="00745608">
        <w:rPr>
          <w:sz w:val="24"/>
          <w:szCs w:val="24"/>
        </w:rPr>
        <w:t>firmare</w:t>
      </w:r>
      <w:proofErr w:type="spellEnd"/>
      <w:r w:rsidRPr="00745608">
        <w:rPr>
          <w:sz w:val="24"/>
          <w:szCs w:val="24"/>
        </w:rPr>
        <w:t xml:space="preserve">, per </w:t>
      </w:r>
      <w:proofErr w:type="spellStart"/>
      <w:r w:rsidRPr="00745608">
        <w:rPr>
          <w:sz w:val="24"/>
          <w:szCs w:val="24"/>
        </w:rPr>
        <w:t>incapacità</w:t>
      </w:r>
      <w:proofErr w:type="spellEnd"/>
      <w:r w:rsidRPr="00745608">
        <w:rPr>
          <w:sz w:val="24"/>
          <w:szCs w:val="24"/>
        </w:rPr>
        <w:t xml:space="preserve"> o </w:t>
      </w:r>
      <w:proofErr w:type="spellStart"/>
      <w:r w:rsidRPr="00745608">
        <w:rPr>
          <w:sz w:val="24"/>
          <w:szCs w:val="24"/>
        </w:rPr>
        <w:t>altro</w:t>
      </w:r>
      <w:proofErr w:type="spellEnd"/>
      <w:r w:rsidRPr="00745608">
        <w:rPr>
          <w:sz w:val="24"/>
          <w:szCs w:val="24"/>
        </w:rPr>
        <w:t xml:space="preserve"> </w:t>
      </w:r>
      <w:proofErr w:type="spellStart"/>
      <w:r w:rsidRPr="00745608">
        <w:rPr>
          <w:sz w:val="24"/>
          <w:szCs w:val="24"/>
        </w:rPr>
        <w:t>impedimento</w:t>
      </w:r>
      <w:proofErr w:type="spellEnd"/>
    </w:p>
    <w:p w14:paraId="0E0092B3" w14:textId="79B1BC02" w:rsidR="000D7898" w:rsidRDefault="000D7898" w:rsidP="000D7898">
      <w:pPr>
        <w:rPr>
          <w:sz w:val="24"/>
          <w:szCs w:val="24"/>
        </w:rPr>
      </w:pPr>
      <w:r w:rsidRPr="000D7898">
        <w:rPr>
          <w:rFonts w:ascii="Segoe UI Symbol" w:hAnsi="Segoe UI Symbol" w:cs="Segoe UI Symbol"/>
          <w:sz w:val="24"/>
          <w:szCs w:val="24"/>
        </w:rPr>
        <w:t>☐</w:t>
      </w:r>
      <w:r w:rsidRPr="000D7898">
        <w:rPr>
          <w:sz w:val="24"/>
          <w:szCs w:val="24"/>
        </w:rPr>
        <w:t xml:space="preserve"> </w:t>
      </w:r>
      <w:proofErr w:type="spellStart"/>
      <w:r w:rsidRPr="000D7898">
        <w:rPr>
          <w:sz w:val="24"/>
          <w:szCs w:val="24"/>
        </w:rPr>
        <w:t>che</w:t>
      </w:r>
      <w:proofErr w:type="spellEnd"/>
      <w:r w:rsidRPr="000D7898">
        <w:rPr>
          <w:sz w:val="24"/>
          <w:szCs w:val="24"/>
        </w:rPr>
        <w:t xml:space="preserve"> </w:t>
      </w:r>
      <w:proofErr w:type="spellStart"/>
      <w:r w:rsidRPr="000D7898">
        <w:rPr>
          <w:sz w:val="24"/>
          <w:szCs w:val="24"/>
        </w:rPr>
        <w:t>l’altro</w:t>
      </w:r>
      <w:proofErr w:type="spellEnd"/>
      <w:r w:rsidRPr="000D7898">
        <w:rPr>
          <w:sz w:val="24"/>
          <w:szCs w:val="24"/>
        </w:rPr>
        <w:t xml:space="preserve"> </w:t>
      </w:r>
      <w:proofErr w:type="spellStart"/>
      <w:r w:rsidRPr="000D7898">
        <w:rPr>
          <w:sz w:val="24"/>
          <w:szCs w:val="24"/>
        </w:rPr>
        <w:t>genitore</w:t>
      </w:r>
      <w:proofErr w:type="spellEnd"/>
      <w:r>
        <w:rPr>
          <w:sz w:val="24"/>
          <w:szCs w:val="24"/>
        </w:rPr>
        <w:t xml:space="preserve">, </w:t>
      </w:r>
      <w:proofErr w:type="spellStart"/>
      <w:r w:rsidRPr="000D7898">
        <w:rPr>
          <w:sz w:val="24"/>
          <w:szCs w:val="24"/>
        </w:rPr>
        <w:t>impossibilitato</w:t>
      </w:r>
      <w:proofErr w:type="spellEnd"/>
      <w:r w:rsidRPr="000D7898">
        <w:rPr>
          <w:sz w:val="24"/>
          <w:szCs w:val="24"/>
        </w:rPr>
        <w:t xml:space="preserve"> a </w:t>
      </w:r>
      <w:proofErr w:type="spellStart"/>
      <w:r w:rsidRPr="000D7898">
        <w:rPr>
          <w:sz w:val="24"/>
          <w:szCs w:val="24"/>
        </w:rPr>
        <w:t>firmare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scolastici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figlio</w:t>
      </w:r>
      <w:proofErr w:type="spellEnd"/>
      <w:r>
        <w:rPr>
          <w:sz w:val="24"/>
          <w:szCs w:val="24"/>
        </w:rPr>
        <w:t xml:space="preserve">/a, è a </w:t>
      </w:r>
      <w:proofErr w:type="spellStart"/>
      <w:r>
        <w:rPr>
          <w:sz w:val="24"/>
          <w:szCs w:val="24"/>
        </w:rPr>
        <w:t>conoscenza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condivide</w:t>
      </w:r>
      <w:proofErr w:type="spellEnd"/>
      <w:r>
        <w:rPr>
          <w:sz w:val="24"/>
          <w:szCs w:val="24"/>
        </w:rPr>
        <w:t xml:space="preserve"> le </w:t>
      </w:r>
      <w:proofErr w:type="spellStart"/>
      <w:r>
        <w:rPr>
          <w:sz w:val="24"/>
          <w:szCs w:val="24"/>
        </w:rPr>
        <w:t>scelte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effettuate</w:t>
      </w:r>
      <w:proofErr w:type="spellEnd"/>
    </w:p>
    <w:p w14:paraId="55088F37" w14:textId="77777777" w:rsidR="00643D43" w:rsidRPr="000D7898" w:rsidRDefault="00000000">
      <w:pPr>
        <w:rPr>
          <w:sz w:val="20"/>
          <w:szCs w:val="20"/>
        </w:rPr>
      </w:pPr>
      <w:r w:rsidRPr="000D7898">
        <w:rPr>
          <w:sz w:val="20"/>
          <w:szCs w:val="20"/>
        </w:rPr>
        <w:t xml:space="preserve">Il/La </w:t>
      </w:r>
      <w:proofErr w:type="spellStart"/>
      <w:r w:rsidRPr="000D7898">
        <w:rPr>
          <w:sz w:val="20"/>
          <w:szCs w:val="20"/>
        </w:rPr>
        <w:t>sottoscritto</w:t>
      </w:r>
      <w:proofErr w:type="spellEnd"/>
      <w:r w:rsidRPr="000D7898">
        <w:rPr>
          <w:sz w:val="20"/>
          <w:szCs w:val="20"/>
        </w:rPr>
        <w:t xml:space="preserve">/a, </w:t>
      </w:r>
      <w:proofErr w:type="spellStart"/>
      <w:r w:rsidRPr="000D7898">
        <w:rPr>
          <w:sz w:val="20"/>
          <w:szCs w:val="20"/>
        </w:rPr>
        <w:t>consapevole</w:t>
      </w:r>
      <w:proofErr w:type="spellEnd"/>
      <w:r w:rsidRPr="000D7898">
        <w:rPr>
          <w:sz w:val="20"/>
          <w:szCs w:val="20"/>
        </w:rPr>
        <w:t xml:space="preserve"> delle </w:t>
      </w:r>
      <w:proofErr w:type="spellStart"/>
      <w:r w:rsidRPr="000D7898">
        <w:rPr>
          <w:sz w:val="20"/>
          <w:szCs w:val="20"/>
        </w:rPr>
        <w:t>conseguenze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amministrative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penali</w:t>
      </w:r>
      <w:proofErr w:type="spellEnd"/>
      <w:r w:rsidRPr="000D7898">
        <w:rPr>
          <w:sz w:val="20"/>
          <w:szCs w:val="20"/>
        </w:rPr>
        <w:t xml:space="preserve"> per chi </w:t>
      </w:r>
      <w:proofErr w:type="spellStart"/>
      <w:r w:rsidRPr="000D7898">
        <w:rPr>
          <w:sz w:val="20"/>
          <w:szCs w:val="20"/>
        </w:rPr>
        <w:t>rilasci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dichiarazioni</w:t>
      </w:r>
      <w:proofErr w:type="spellEnd"/>
      <w:r w:rsidRPr="000D7898">
        <w:rPr>
          <w:sz w:val="20"/>
          <w:szCs w:val="20"/>
        </w:rPr>
        <w:t xml:space="preserve"> non </w:t>
      </w:r>
      <w:proofErr w:type="spellStart"/>
      <w:r w:rsidRPr="000D7898">
        <w:rPr>
          <w:sz w:val="20"/>
          <w:szCs w:val="20"/>
        </w:rPr>
        <w:t>corrispondenti</w:t>
      </w:r>
      <w:proofErr w:type="spellEnd"/>
      <w:r w:rsidRPr="000D7898">
        <w:rPr>
          <w:sz w:val="20"/>
          <w:szCs w:val="20"/>
        </w:rPr>
        <w:t xml:space="preserve"> a </w:t>
      </w:r>
      <w:proofErr w:type="spellStart"/>
      <w:r w:rsidRPr="000D7898">
        <w:rPr>
          <w:sz w:val="20"/>
          <w:szCs w:val="20"/>
        </w:rPr>
        <w:t>verità</w:t>
      </w:r>
      <w:proofErr w:type="spellEnd"/>
      <w:r w:rsidRPr="000D7898">
        <w:rPr>
          <w:sz w:val="20"/>
          <w:szCs w:val="20"/>
        </w:rPr>
        <w:t xml:space="preserve">, ai sensi del DPR 445/2000, </w:t>
      </w:r>
      <w:proofErr w:type="spellStart"/>
      <w:r w:rsidRPr="000D7898">
        <w:rPr>
          <w:sz w:val="20"/>
          <w:szCs w:val="20"/>
        </w:rPr>
        <w:t>dichiara</w:t>
      </w:r>
      <w:proofErr w:type="spellEnd"/>
      <w:r w:rsidRPr="000D7898">
        <w:rPr>
          <w:sz w:val="20"/>
          <w:szCs w:val="20"/>
        </w:rPr>
        <w:t xml:space="preserve"> di aver </w:t>
      </w:r>
      <w:proofErr w:type="spellStart"/>
      <w:r w:rsidRPr="000D7898">
        <w:rPr>
          <w:sz w:val="20"/>
          <w:szCs w:val="20"/>
        </w:rPr>
        <w:t>effettuato</w:t>
      </w:r>
      <w:proofErr w:type="spellEnd"/>
      <w:r w:rsidRPr="000D7898">
        <w:rPr>
          <w:sz w:val="20"/>
          <w:szCs w:val="20"/>
        </w:rPr>
        <w:t xml:space="preserve"> la </w:t>
      </w:r>
      <w:proofErr w:type="spellStart"/>
      <w:r w:rsidRPr="000D7898">
        <w:rPr>
          <w:sz w:val="20"/>
          <w:szCs w:val="20"/>
        </w:rPr>
        <w:t>scelta</w:t>
      </w:r>
      <w:proofErr w:type="spellEnd"/>
      <w:r w:rsidRPr="000D7898">
        <w:rPr>
          <w:sz w:val="20"/>
          <w:szCs w:val="20"/>
        </w:rPr>
        <w:t>/</w:t>
      </w:r>
      <w:proofErr w:type="spellStart"/>
      <w:r w:rsidRPr="000D7898">
        <w:rPr>
          <w:sz w:val="20"/>
          <w:szCs w:val="20"/>
        </w:rPr>
        <w:t>richiesta</w:t>
      </w:r>
      <w:proofErr w:type="spellEnd"/>
      <w:r w:rsidRPr="000D7898">
        <w:rPr>
          <w:sz w:val="20"/>
          <w:szCs w:val="20"/>
        </w:rPr>
        <w:t xml:space="preserve"> in </w:t>
      </w:r>
      <w:proofErr w:type="spellStart"/>
      <w:r w:rsidRPr="000D7898">
        <w:rPr>
          <w:sz w:val="20"/>
          <w:szCs w:val="20"/>
        </w:rPr>
        <w:t>osservanza</w:t>
      </w:r>
      <w:proofErr w:type="spellEnd"/>
      <w:r w:rsidRPr="000D7898">
        <w:rPr>
          <w:sz w:val="20"/>
          <w:szCs w:val="20"/>
        </w:rPr>
        <w:t xml:space="preserve"> delle </w:t>
      </w:r>
      <w:proofErr w:type="spellStart"/>
      <w:r w:rsidRPr="000D7898">
        <w:rPr>
          <w:sz w:val="20"/>
          <w:szCs w:val="20"/>
        </w:rPr>
        <w:t>disposizioni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sulla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responsabilità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genitoriale</w:t>
      </w:r>
      <w:proofErr w:type="spellEnd"/>
      <w:r w:rsidRPr="000D7898">
        <w:rPr>
          <w:sz w:val="20"/>
          <w:szCs w:val="20"/>
        </w:rPr>
        <w:t xml:space="preserve"> di cui </w:t>
      </w:r>
      <w:proofErr w:type="spellStart"/>
      <w:r w:rsidRPr="000D7898">
        <w:rPr>
          <w:sz w:val="20"/>
          <w:szCs w:val="20"/>
        </w:rPr>
        <w:t>agli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artt</w:t>
      </w:r>
      <w:proofErr w:type="spellEnd"/>
      <w:r w:rsidRPr="000D7898">
        <w:rPr>
          <w:sz w:val="20"/>
          <w:szCs w:val="20"/>
        </w:rPr>
        <w:t xml:space="preserve">. 316, 337 ter e 337 </w:t>
      </w:r>
      <w:proofErr w:type="spellStart"/>
      <w:r w:rsidRPr="000D7898">
        <w:rPr>
          <w:sz w:val="20"/>
          <w:szCs w:val="20"/>
        </w:rPr>
        <w:t>quater</w:t>
      </w:r>
      <w:proofErr w:type="spellEnd"/>
      <w:r w:rsidRPr="000D7898">
        <w:rPr>
          <w:sz w:val="20"/>
          <w:szCs w:val="20"/>
        </w:rPr>
        <w:t xml:space="preserve"> del </w:t>
      </w:r>
      <w:proofErr w:type="spellStart"/>
      <w:r w:rsidRPr="000D7898">
        <w:rPr>
          <w:sz w:val="20"/>
          <w:szCs w:val="20"/>
        </w:rPr>
        <w:t>codice</w:t>
      </w:r>
      <w:proofErr w:type="spellEnd"/>
      <w:r w:rsidRPr="000D7898">
        <w:rPr>
          <w:sz w:val="20"/>
          <w:szCs w:val="20"/>
        </w:rPr>
        <w:t xml:space="preserve"> civile, </w:t>
      </w:r>
      <w:proofErr w:type="spellStart"/>
      <w:r w:rsidRPr="000D7898">
        <w:rPr>
          <w:sz w:val="20"/>
          <w:szCs w:val="20"/>
        </w:rPr>
        <w:t>che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richiedono</w:t>
      </w:r>
      <w:proofErr w:type="spellEnd"/>
      <w:r w:rsidRPr="000D7898">
        <w:rPr>
          <w:sz w:val="20"/>
          <w:szCs w:val="20"/>
        </w:rPr>
        <w:t xml:space="preserve"> il </w:t>
      </w:r>
      <w:proofErr w:type="spellStart"/>
      <w:r w:rsidRPr="000D7898">
        <w:rPr>
          <w:sz w:val="20"/>
          <w:szCs w:val="20"/>
        </w:rPr>
        <w:t>consenso</w:t>
      </w:r>
      <w:proofErr w:type="spellEnd"/>
      <w:r w:rsidRPr="000D7898">
        <w:rPr>
          <w:sz w:val="20"/>
          <w:szCs w:val="20"/>
        </w:rPr>
        <w:t xml:space="preserve"> di </w:t>
      </w:r>
      <w:proofErr w:type="spellStart"/>
      <w:r w:rsidRPr="000D7898">
        <w:rPr>
          <w:sz w:val="20"/>
          <w:szCs w:val="20"/>
        </w:rPr>
        <w:t>entrambi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i</w:t>
      </w:r>
      <w:proofErr w:type="spellEnd"/>
      <w:r w:rsidRPr="000D7898">
        <w:rPr>
          <w:sz w:val="20"/>
          <w:szCs w:val="20"/>
        </w:rPr>
        <w:t xml:space="preserve"> </w:t>
      </w:r>
      <w:proofErr w:type="spellStart"/>
      <w:r w:rsidRPr="000D7898">
        <w:rPr>
          <w:sz w:val="20"/>
          <w:szCs w:val="20"/>
        </w:rPr>
        <w:t>genitori</w:t>
      </w:r>
      <w:proofErr w:type="spellEnd"/>
      <w:r w:rsidRPr="000D7898">
        <w:rPr>
          <w:sz w:val="20"/>
          <w:szCs w:val="20"/>
        </w:rPr>
        <w:t>.</w:t>
      </w:r>
    </w:p>
    <w:p w14:paraId="3C85AC29" w14:textId="77777777" w:rsidR="000D7898" w:rsidRDefault="000D7898"/>
    <w:p w14:paraId="5962ADC5" w14:textId="77777777" w:rsidR="00643D43" w:rsidRDefault="00000000">
      <w:r>
        <w:t>Torino, ________________                              FIRMA GENITORE</w:t>
      </w:r>
    </w:p>
    <w:p w14:paraId="39B14B4A" w14:textId="77777777" w:rsidR="00643D43" w:rsidRDefault="00643D43"/>
    <w:p w14:paraId="61A21EDC" w14:textId="3196B11B" w:rsidR="00643D43" w:rsidRDefault="00000000">
      <w:r>
        <w:t xml:space="preserve">                                                ____</w:t>
      </w:r>
      <w:r w:rsidR="00E11658">
        <w:t>_______________________________________</w:t>
      </w:r>
      <w:r>
        <w:t>__________________</w:t>
      </w:r>
    </w:p>
    <w:sectPr w:rsidR="00643D43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4686E" w14:textId="77777777" w:rsidR="002F20C8" w:rsidRDefault="002F20C8" w:rsidP="00745608">
      <w:pPr>
        <w:spacing w:after="0" w:line="240" w:lineRule="auto"/>
      </w:pPr>
      <w:r>
        <w:separator/>
      </w:r>
    </w:p>
  </w:endnote>
  <w:endnote w:type="continuationSeparator" w:id="0">
    <w:p w14:paraId="33393E99" w14:textId="77777777" w:rsidR="002F20C8" w:rsidRDefault="002F20C8" w:rsidP="00745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C9A08" w14:textId="77777777" w:rsidR="002F20C8" w:rsidRDefault="002F20C8" w:rsidP="00745608">
      <w:pPr>
        <w:spacing w:after="0" w:line="240" w:lineRule="auto"/>
      </w:pPr>
      <w:r>
        <w:separator/>
      </w:r>
    </w:p>
  </w:footnote>
  <w:footnote w:type="continuationSeparator" w:id="0">
    <w:p w14:paraId="48978E98" w14:textId="77777777" w:rsidR="002F20C8" w:rsidRDefault="002F20C8" w:rsidP="00745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6A6A" w14:textId="7F9040B1" w:rsidR="00745608" w:rsidRDefault="00745608" w:rsidP="00745608">
    <w:pPr>
      <w:pStyle w:val="Titolo5"/>
      <w:numPr>
        <w:ilvl w:val="4"/>
        <w:numId w:val="11"/>
      </w:numPr>
      <w:tabs>
        <w:tab w:val="num" w:pos="720"/>
      </w:tabs>
      <w:ind w:left="0" w:right="-858" w:firstLine="0"/>
      <w:jc w:val="center"/>
    </w:pPr>
    <w:bookmarkStart w:id="0" w:name="_heading=h.30j0zll" w:colFirst="0" w:colLast="0"/>
    <w:bookmarkEnd w:id="0"/>
    <w:r>
      <w:rPr>
        <w:noProof/>
      </w:rPr>
      <w:drawing>
        <wp:anchor distT="114300" distB="114300" distL="114300" distR="114300" simplePos="0" relativeHeight="251658752" behindDoc="0" locked="0" layoutInCell="1" hidden="0" allowOverlap="1" wp14:anchorId="37DC6D7F" wp14:editId="1E616CD1">
          <wp:simplePos x="0" y="0"/>
          <wp:positionH relativeFrom="page">
            <wp:posOffset>3581400</wp:posOffset>
          </wp:positionH>
          <wp:positionV relativeFrom="page">
            <wp:posOffset>114300</wp:posOffset>
          </wp:positionV>
          <wp:extent cx="560584" cy="638175"/>
          <wp:effectExtent l="0" t="0" r="0" b="0"/>
          <wp:wrapSquare wrapText="bothSides" distT="114300" distB="114300" distL="114300" distR="114300"/>
          <wp:docPr id="37" name="image2.png" descr="Immagine che contiene emblema, simbolo, arte, cerchi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2.png" descr="Immagine che contiene emblema, simbolo, arte, cerchi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584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4B5277E" w14:textId="77777777" w:rsidR="00745608" w:rsidRDefault="00745608" w:rsidP="00745608">
    <w:pPr>
      <w:pStyle w:val="Titolo5"/>
      <w:numPr>
        <w:ilvl w:val="4"/>
        <w:numId w:val="11"/>
      </w:numPr>
      <w:tabs>
        <w:tab w:val="num" w:pos="720"/>
        <w:tab w:val="left" w:pos="1008"/>
      </w:tabs>
      <w:ind w:left="0" w:right="-149" w:firstLine="0"/>
      <w:jc w:val="center"/>
      <w:rPr>
        <w:rFonts w:ascii="Bahnschrift" w:eastAsia="Bahnschrift" w:hAnsi="Bahnschrift" w:cs="Bahnschrift"/>
        <w:sz w:val="18"/>
        <w:szCs w:val="18"/>
      </w:rPr>
    </w:pPr>
    <w:r>
      <w:rPr>
        <w:rFonts w:ascii="Roboto" w:eastAsia="Roboto" w:hAnsi="Roboto" w:cs="Roboto"/>
        <w:sz w:val="38"/>
        <w:szCs w:val="38"/>
      </w:rPr>
      <w:t>ISTITUTO COMPRENSIVO STATALE “PARRI – VIAN”</w:t>
    </w:r>
  </w:p>
  <w:p w14:paraId="44B8F573" w14:textId="77777777" w:rsidR="00745608" w:rsidRPr="00745608" w:rsidRDefault="00745608" w:rsidP="00745608">
    <w:pPr>
      <w:pStyle w:val="Titolo4"/>
      <w:numPr>
        <w:ilvl w:val="3"/>
        <w:numId w:val="10"/>
      </w:numPr>
      <w:tabs>
        <w:tab w:val="num" w:pos="360"/>
        <w:tab w:val="left" w:pos="864"/>
      </w:tabs>
      <w:ind w:left="-708" w:right="-1174" w:firstLine="0"/>
      <w:rPr>
        <w:color w:val="auto"/>
      </w:rPr>
    </w:pPr>
    <w:bookmarkStart w:id="1" w:name="_heading=h.7yk0c6q5ai15" w:colFirst="0" w:colLast="0"/>
    <w:bookmarkEnd w:id="1"/>
    <w:r w:rsidRPr="00745608">
      <w:rPr>
        <w:rFonts w:ascii="Roboto" w:eastAsia="Roboto" w:hAnsi="Roboto" w:cs="Roboto"/>
        <w:color w:val="auto"/>
        <w:sz w:val="18"/>
        <w:szCs w:val="18"/>
      </w:rPr>
      <w:t xml:space="preserve">Strada Lanzo, 147/11 – 10148  Torino – Tel.  011/01166888 –  C.M. TOIC8BR003 C.F. 97820130017 - Cod. </w:t>
    </w:r>
    <w:proofErr w:type="spellStart"/>
    <w:r w:rsidRPr="00745608">
      <w:rPr>
        <w:rFonts w:ascii="Roboto" w:eastAsia="Roboto" w:hAnsi="Roboto" w:cs="Roboto"/>
        <w:color w:val="auto"/>
        <w:sz w:val="18"/>
        <w:szCs w:val="18"/>
      </w:rPr>
      <w:t>Univoco</w:t>
    </w:r>
    <w:proofErr w:type="spellEnd"/>
    <w:r w:rsidRPr="00745608">
      <w:rPr>
        <w:rFonts w:ascii="Roboto" w:eastAsia="Roboto" w:hAnsi="Roboto" w:cs="Roboto"/>
        <w:color w:val="auto"/>
        <w:sz w:val="18"/>
        <w:szCs w:val="18"/>
      </w:rPr>
      <w:t xml:space="preserve"> UFUVHT</w:t>
    </w:r>
  </w:p>
  <w:p w14:paraId="06AD0D1B" w14:textId="77777777" w:rsidR="00745608" w:rsidRDefault="00745608" w:rsidP="00745608">
    <w:pPr>
      <w:spacing w:after="160"/>
      <w:jc w:val="center"/>
      <w:rPr>
        <w:rFonts w:ascii="Roboto" w:eastAsia="Roboto" w:hAnsi="Roboto" w:cs="Roboto"/>
      </w:rPr>
    </w:pPr>
    <w:r>
      <w:rPr>
        <w:rFonts w:ascii="Roboto" w:eastAsia="Roboto" w:hAnsi="Roboto" w:cs="Roboto"/>
        <w:sz w:val="18"/>
        <w:szCs w:val="18"/>
      </w:rPr>
      <w:t xml:space="preserve">e-mail: TOIC8BR003@istruzione.it – PEC: </w:t>
    </w:r>
    <w:hyperlink r:id="rId2">
      <w:r>
        <w:rPr>
          <w:rFonts w:ascii="Roboto" w:eastAsia="Roboto" w:hAnsi="Roboto" w:cs="Roboto"/>
          <w:color w:val="000080"/>
          <w:sz w:val="18"/>
          <w:szCs w:val="18"/>
          <w:u w:val="single"/>
        </w:rPr>
        <w:t>TOIC8BR003@pec.istruzione.it</w:t>
      </w:r>
    </w:hyperlink>
  </w:p>
  <w:p w14:paraId="4D3E8810" w14:textId="77777777" w:rsidR="00745608" w:rsidRDefault="007456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BA56BA"/>
    <w:multiLevelType w:val="multilevel"/>
    <w:tmpl w:val="DD7A3FC0"/>
    <w:lvl w:ilvl="0">
      <w:start w:val="1"/>
      <w:numFmt w:val="decimal"/>
      <w:pStyle w:val="Titolo10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0" w15:restartNumberingAfterBreak="0">
    <w:nsid w:val="31106468"/>
    <w:multiLevelType w:val="multilevel"/>
    <w:tmpl w:val="2E70FF2C"/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864" w:hanging="864"/>
      </w:pPr>
      <w:rPr>
        <w:u w:val="none"/>
      </w:rPr>
    </w:lvl>
    <w:lvl w:ilvl="4">
      <w:start w:val="1"/>
      <w:numFmt w:val="decimal"/>
      <w:lvlText w:val=""/>
      <w:lvlJc w:val="left"/>
      <w:pPr>
        <w:ind w:left="1008" w:hanging="1008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 w16cid:durableId="905186615">
    <w:abstractNumId w:val="8"/>
  </w:num>
  <w:num w:numId="2" w16cid:durableId="816142815">
    <w:abstractNumId w:val="6"/>
  </w:num>
  <w:num w:numId="3" w16cid:durableId="915481568">
    <w:abstractNumId w:val="5"/>
  </w:num>
  <w:num w:numId="4" w16cid:durableId="457914083">
    <w:abstractNumId w:val="4"/>
  </w:num>
  <w:num w:numId="5" w16cid:durableId="1407074664">
    <w:abstractNumId w:val="7"/>
  </w:num>
  <w:num w:numId="6" w16cid:durableId="1636181499">
    <w:abstractNumId w:val="3"/>
  </w:num>
  <w:num w:numId="7" w16cid:durableId="1219240462">
    <w:abstractNumId w:val="2"/>
  </w:num>
  <w:num w:numId="8" w16cid:durableId="1758281357">
    <w:abstractNumId w:val="1"/>
  </w:num>
  <w:num w:numId="9" w16cid:durableId="738597583">
    <w:abstractNumId w:val="0"/>
  </w:num>
  <w:num w:numId="10" w16cid:durableId="1546018793">
    <w:abstractNumId w:val="10"/>
  </w:num>
  <w:num w:numId="11" w16cid:durableId="416634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898"/>
    <w:rsid w:val="0015074B"/>
    <w:rsid w:val="00271754"/>
    <w:rsid w:val="0029639D"/>
    <w:rsid w:val="002F20C8"/>
    <w:rsid w:val="00326F90"/>
    <w:rsid w:val="00643D43"/>
    <w:rsid w:val="00745608"/>
    <w:rsid w:val="007F06AF"/>
    <w:rsid w:val="007F2562"/>
    <w:rsid w:val="00A30A5A"/>
    <w:rsid w:val="00AA1D8D"/>
    <w:rsid w:val="00B47730"/>
    <w:rsid w:val="00CB0664"/>
    <w:rsid w:val="00D9158F"/>
    <w:rsid w:val="00E116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01EA3"/>
  <w14:defaultImageDpi w14:val="300"/>
  <w15:docId w15:val="{5567C7DD-154A-44FB-A7CA-64D56903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olo10">
    <w:name w:val="Titolo 10"/>
    <w:basedOn w:val="Normale"/>
    <w:next w:val="Corpotesto"/>
    <w:rsid w:val="00745608"/>
    <w:pPr>
      <w:numPr>
        <w:numId w:val="11"/>
      </w:num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2"/>
      <w:position w:val="-1"/>
      <w:sz w:val="12"/>
      <w:szCs w:val="12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OIC8BR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146</Words>
  <Characters>1357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Enzo De Luca</cp:lastModifiedBy>
  <cp:revision>4</cp:revision>
  <dcterms:created xsi:type="dcterms:W3CDTF">2026-09-30T10:06:00Z</dcterms:created>
  <dcterms:modified xsi:type="dcterms:W3CDTF">2026-10-06T09:12:00Z</dcterms:modified>
  <cp:category/>
</cp:coreProperties>
</file>